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8E3" w:rsidRDefault="00BE7B4C" w:rsidP="00777B91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0.5pt;height:73pt">
            <v:imagedata r:id="rId8" o:title="LOGO"/>
          </v:shape>
        </w:pict>
      </w:r>
    </w:p>
    <w:p w:rsidR="000E38E3" w:rsidRDefault="000E38E3"/>
    <w:p w:rsidR="000E38E3" w:rsidRDefault="000E38E3"/>
    <w:p w:rsidR="000E38E3" w:rsidRPr="00777B91" w:rsidRDefault="00D83861">
      <w:pPr>
        <w:spacing w:before="240"/>
        <w:jc w:val="center"/>
        <w:rPr>
          <w:color w:val="943634" w:themeColor="accent2" w:themeShade="BF"/>
        </w:rPr>
      </w:pPr>
      <w:r w:rsidRPr="00777B91">
        <w:rPr>
          <w:rFonts w:ascii="Arial" w:hAnsi="Arial"/>
          <w:b/>
          <w:color w:val="943634" w:themeColor="accent2" w:themeShade="BF"/>
          <w:sz w:val="36"/>
        </w:rPr>
        <w:t>DIGITAL MARKETING MASTER COURSE</w:t>
      </w:r>
    </w:p>
    <w:p w:rsidR="000E38E3" w:rsidRDefault="000E38E3"/>
    <w:p w:rsidR="000E38E3" w:rsidRDefault="000E38E3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0E38E3">
        <w:trPr>
          <w:jc w:val="center"/>
        </w:trPr>
        <w:tc>
          <w:tcPr>
            <w:tcW w:w="2880" w:type="dxa"/>
          </w:tcPr>
          <w:p w:rsidR="000E38E3" w:rsidRDefault="00D44747">
            <w:pPr>
              <w:jc w:val="center"/>
            </w:pPr>
            <w:r>
              <w:rPr>
                <w:b/>
                <w:color w:val="003366"/>
                <w:sz w:val="24"/>
              </w:rPr>
              <w:t>12</w:t>
            </w:r>
            <w:r w:rsidR="00D83861">
              <w:rPr>
                <w:b/>
                <w:color w:val="003366"/>
                <w:sz w:val="24"/>
              </w:rPr>
              <w:t xml:space="preserve"> Weeks</w:t>
            </w:r>
          </w:p>
        </w:tc>
        <w:tc>
          <w:tcPr>
            <w:tcW w:w="2880" w:type="dxa"/>
          </w:tcPr>
          <w:p w:rsidR="000E38E3" w:rsidRDefault="00D83861">
            <w:pPr>
              <w:jc w:val="center"/>
            </w:pPr>
            <w:r>
              <w:rPr>
                <w:b/>
                <w:color w:val="003366"/>
                <w:sz w:val="24"/>
              </w:rPr>
              <w:t>80+ Hours</w:t>
            </w:r>
          </w:p>
        </w:tc>
        <w:tc>
          <w:tcPr>
            <w:tcW w:w="2880" w:type="dxa"/>
          </w:tcPr>
          <w:p w:rsidR="000E38E3" w:rsidRDefault="00D83861">
            <w:pPr>
              <w:jc w:val="center"/>
            </w:pPr>
            <w:r>
              <w:rPr>
                <w:b/>
                <w:color w:val="003366"/>
                <w:sz w:val="24"/>
              </w:rPr>
              <w:t>Beginner to Job Ready</w:t>
            </w:r>
          </w:p>
        </w:tc>
      </w:tr>
    </w:tbl>
    <w:p w:rsidR="000E38E3" w:rsidRDefault="000E38E3"/>
    <w:p w:rsidR="000E38E3" w:rsidRDefault="000E38E3"/>
    <w:p w:rsidR="000E38E3" w:rsidRDefault="000E38E3"/>
    <w:p w:rsidR="000E38E3" w:rsidRDefault="000E38E3"/>
    <w:p w:rsidR="000E38E3" w:rsidRDefault="00D83861">
      <w:pPr>
        <w:jc w:val="center"/>
      </w:pPr>
      <w:r>
        <w:rPr>
          <w:b/>
          <w:color w:val="003366"/>
          <w:sz w:val="32"/>
        </w:rPr>
        <w:t>Enroll Now</w:t>
      </w:r>
      <w:r>
        <w:rPr>
          <w:b/>
          <w:color w:val="003366"/>
          <w:sz w:val="32"/>
        </w:rPr>
        <w:br/>
        <w:t xml:space="preserve">Call: </w:t>
      </w:r>
      <w:r w:rsidR="00777B91">
        <w:rPr>
          <w:b/>
          <w:color w:val="003366"/>
          <w:sz w:val="32"/>
        </w:rPr>
        <w:t>9822757770</w:t>
      </w:r>
    </w:p>
    <w:p w:rsidR="000E38E3" w:rsidRDefault="00D83861">
      <w:r>
        <w:br w:type="page"/>
      </w:r>
    </w:p>
    <w:p w:rsidR="000E38E3" w:rsidRDefault="000E38E3"/>
    <w:p w:rsidR="000E38E3" w:rsidRDefault="00D83861">
      <w:pPr>
        <w:spacing w:before="280" w:after="120"/>
      </w:pPr>
      <w:r>
        <w:rPr>
          <w:b/>
          <w:color w:val="003366"/>
          <w:sz w:val="32"/>
        </w:rPr>
        <w:t>WEEK 1 — DIGITAL MARKETING FUNDAMENTALS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1: Introduction to Digital Marketing</w:t>
      </w:r>
    </w:p>
    <w:p w:rsidR="000E38E3" w:rsidRDefault="00D83861">
      <w:pPr>
        <w:pStyle w:val="ListBullet"/>
        <w:spacing w:after="40"/>
      </w:pPr>
      <w:r>
        <w:t>What is Digital Marketing</w:t>
      </w:r>
    </w:p>
    <w:p w:rsidR="000E38E3" w:rsidRDefault="00D83861">
      <w:pPr>
        <w:pStyle w:val="ListBullet"/>
        <w:spacing w:after="40"/>
      </w:pPr>
      <w:r>
        <w:t>Traditional vs Digital Marketing</w:t>
      </w:r>
    </w:p>
    <w:p w:rsidR="000E38E3" w:rsidRDefault="00D83861">
      <w:pPr>
        <w:pStyle w:val="ListBullet"/>
        <w:spacing w:after="40"/>
      </w:pPr>
      <w:r>
        <w:t>Scope of Digital Marketing</w:t>
      </w:r>
    </w:p>
    <w:p w:rsidR="000E38E3" w:rsidRDefault="00D83861">
      <w:pPr>
        <w:pStyle w:val="ListBullet"/>
        <w:spacing w:after="40"/>
      </w:pPr>
      <w:r>
        <w:t>Career Opportunities</w:t>
      </w:r>
    </w:p>
    <w:p w:rsidR="000E38E3" w:rsidRDefault="00D83861">
      <w:pPr>
        <w:pStyle w:val="ListBullet"/>
        <w:spacing w:after="40"/>
      </w:pPr>
      <w:r>
        <w:t>Freelancing &amp; Agency Model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Analyze 5 popular digital brands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2: Digital Marketing Channels</w:t>
      </w:r>
    </w:p>
    <w:p w:rsidR="000E38E3" w:rsidRDefault="00D83861">
      <w:pPr>
        <w:pStyle w:val="ListBullet"/>
        <w:spacing w:after="40"/>
      </w:pPr>
      <w:r>
        <w:t>SEO</w:t>
      </w:r>
    </w:p>
    <w:p w:rsidR="000E38E3" w:rsidRDefault="00D83861">
      <w:pPr>
        <w:pStyle w:val="ListBullet"/>
        <w:spacing w:after="40"/>
      </w:pPr>
      <w:r>
        <w:t>Social Media Marketing</w:t>
      </w:r>
    </w:p>
    <w:p w:rsidR="000E38E3" w:rsidRDefault="00D83861">
      <w:pPr>
        <w:pStyle w:val="ListBullet"/>
        <w:spacing w:after="40"/>
      </w:pPr>
      <w:r>
        <w:t>Paid Advertising</w:t>
      </w:r>
    </w:p>
    <w:p w:rsidR="000E38E3" w:rsidRDefault="00D83861">
      <w:pPr>
        <w:pStyle w:val="ListBullet"/>
        <w:spacing w:after="40"/>
      </w:pPr>
      <w:r>
        <w:t>Email Marketing</w:t>
      </w:r>
    </w:p>
    <w:p w:rsidR="000E38E3" w:rsidRDefault="00D83861">
      <w:pPr>
        <w:pStyle w:val="ListBullet"/>
        <w:spacing w:after="40"/>
      </w:pPr>
      <w:r>
        <w:t>Affiliate Marketing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Create Digital Marketing Mind Map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3: Latest Trends &amp; AI in Marketing</w:t>
      </w:r>
    </w:p>
    <w:p w:rsidR="000E38E3" w:rsidRDefault="00D83861">
      <w:pPr>
        <w:pStyle w:val="ListBullet"/>
        <w:spacing w:after="40"/>
      </w:pPr>
      <w:r>
        <w:t>AI in Marketing</w:t>
      </w:r>
    </w:p>
    <w:p w:rsidR="000E38E3" w:rsidRDefault="00D83861">
      <w:pPr>
        <w:pStyle w:val="ListBullet"/>
        <w:spacing w:after="40"/>
      </w:pPr>
      <w:r>
        <w:t>Automation</w:t>
      </w:r>
    </w:p>
    <w:p w:rsidR="000E38E3" w:rsidRDefault="00D83861">
      <w:pPr>
        <w:pStyle w:val="ListBullet"/>
        <w:spacing w:after="40"/>
      </w:pPr>
      <w:r>
        <w:t>Marketing Funnel Basics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ChatGPT for Marketing Tasks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4: Customer Journey</w:t>
      </w:r>
    </w:p>
    <w:p w:rsidR="000E38E3" w:rsidRDefault="00D83861">
      <w:pPr>
        <w:pStyle w:val="ListBullet"/>
        <w:spacing w:after="40"/>
      </w:pPr>
      <w:r>
        <w:t>Awareness</w:t>
      </w:r>
    </w:p>
    <w:p w:rsidR="000E38E3" w:rsidRDefault="00D83861">
      <w:pPr>
        <w:pStyle w:val="ListBullet"/>
        <w:spacing w:after="40"/>
      </w:pPr>
      <w:r>
        <w:t>Consideration</w:t>
      </w:r>
    </w:p>
    <w:p w:rsidR="000E38E3" w:rsidRDefault="00D83861">
      <w:pPr>
        <w:pStyle w:val="ListBullet"/>
        <w:spacing w:after="40"/>
      </w:pPr>
      <w:r>
        <w:t>Conversion</w:t>
      </w:r>
    </w:p>
    <w:p w:rsidR="000E38E3" w:rsidRDefault="00D83861">
      <w:pPr>
        <w:pStyle w:val="ListBullet"/>
        <w:spacing w:after="40"/>
      </w:pPr>
      <w:r>
        <w:t>Retention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Create Customer Journey Map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5: Marketing Strategy Basics</w:t>
      </w:r>
    </w:p>
    <w:p w:rsidR="000E38E3" w:rsidRDefault="00D83861">
      <w:pPr>
        <w:pStyle w:val="ListBullet"/>
        <w:spacing w:after="40"/>
      </w:pPr>
      <w:r>
        <w:t>Target Audience</w:t>
      </w:r>
    </w:p>
    <w:p w:rsidR="000E38E3" w:rsidRDefault="00D83861">
      <w:pPr>
        <w:pStyle w:val="ListBullet"/>
        <w:spacing w:after="40"/>
      </w:pPr>
      <w:r>
        <w:t>Buyer Persona</w:t>
      </w:r>
    </w:p>
    <w:p w:rsidR="000E38E3" w:rsidRDefault="00D83861">
      <w:pPr>
        <w:pStyle w:val="ListBullet"/>
        <w:spacing w:after="40"/>
      </w:pPr>
      <w:r>
        <w:t>Competitor Analysis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lastRenderedPageBreak/>
        <w:t>ASSIGNMENT</w:t>
      </w:r>
    </w:p>
    <w:p w:rsidR="000E38E3" w:rsidRDefault="00D83861">
      <w:pPr>
        <w:spacing w:after="40"/>
      </w:pPr>
      <w:r>
        <w:rPr>
          <w:i/>
        </w:rPr>
        <w:t>Create:</w:t>
      </w:r>
    </w:p>
    <w:p w:rsidR="000E38E3" w:rsidRDefault="00D83861">
      <w:pPr>
        <w:pStyle w:val="ListBullet"/>
        <w:spacing w:after="40"/>
      </w:pPr>
      <w:r>
        <w:t>Buyer Persona</w:t>
      </w:r>
    </w:p>
    <w:p w:rsidR="000E38E3" w:rsidRDefault="00D83861">
      <w:pPr>
        <w:pStyle w:val="ListBullet"/>
        <w:spacing w:after="40"/>
      </w:pPr>
      <w:r>
        <w:t>Competitor Research Report</w:t>
      </w:r>
    </w:p>
    <w:p w:rsidR="000E38E3" w:rsidRDefault="00D83861">
      <w:pPr>
        <w:jc w:val="center"/>
      </w:pPr>
      <w:r>
        <w:rPr>
          <w:color w:val="C8C8C8"/>
        </w:rPr>
        <w:t xml:space="preserve"> * * * </w:t>
      </w:r>
    </w:p>
    <w:p w:rsidR="000E38E3" w:rsidRDefault="000E38E3"/>
    <w:p w:rsidR="000E38E3" w:rsidRDefault="00D83861">
      <w:pPr>
        <w:spacing w:before="280" w:after="120"/>
      </w:pPr>
      <w:r>
        <w:rPr>
          <w:b/>
          <w:color w:val="003366"/>
          <w:sz w:val="32"/>
        </w:rPr>
        <w:t>WEEK 2 — WEBSITE DEVELOPMENT WITH WORDPRESS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1</w:t>
      </w:r>
    </w:p>
    <w:p w:rsidR="000E38E3" w:rsidRDefault="00D83861">
      <w:pPr>
        <w:pStyle w:val="ListBullet"/>
        <w:spacing w:after="40"/>
      </w:pPr>
      <w:r>
        <w:t>Domain &amp; Hosting</w:t>
      </w:r>
    </w:p>
    <w:p w:rsidR="000E38E3" w:rsidRDefault="00D83861">
      <w:pPr>
        <w:pStyle w:val="ListBullet"/>
        <w:spacing w:after="40"/>
      </w:pPr>
      <w:r>
        <w:t>How Websites Work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Domain &amp; Hosting Demo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2</w:t>
      </w:r>
    </w:p>
    <w:p w:rsidR="000E38E3" w:rsidRDefault="00D83861">
      <w:pPr>
        <w:pStyle w:val="ListBullet"/>
        <w:spacing w:after="40"/>
      </w:pPr>
      <w:r>
        <w:t>WordPress Installation</w:t>
      </w:r>
    </w:p>
    <w:p w:rsidR="000E38E3" w:rsidRDefault="00D83861">
      <w:pPr>
        <w:pStyle w:val="ListBullet"/>
        <w:spacing w:after="40"/>
      </w:pPr>
      <w:r>
        <w:t>Dashboard Overview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Install WordPress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3</w:t>
      </w:r>
    </w:p>
    <w:p w:rsidR="000E38E3" w:rsidRDefault="00D83861">
      <w:pPr>
        <w:pStyle w:val="ListBullet"/>
        <w:spacing w:after="40"/>
      </w:pPr>
      <w:r>
        <w:t>Themes &amp; Plugins</w:t>
      </w:r>
    </w:p>
    <w:p w:rsidR="000E38E3" w:rsidRDefault="00D83861">
      <w:pPr>
        <w:pStyle w:val="ListBullet"/>
        <w:spacing w:after="40"/>
      </w:pPr>
      <w:r>
        <w:t>Website Structure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Create Website Pages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4</w:t>
      </w:r>
    </w:p>
    <w:p w:rsidR="000E38E3" w:rsidRDefault="00D83861">
      <w:pPr>
        <w:pStyle w:val="ListBullet"/>
        <w:spacing w:after="40"/>
      </w:pPr>
      <w:r>
        <w:t>Landing Page Design</w:t>
      </w:r>
    </w:p>
    <w:p w:rsidR="000E38E3" w:rsidRDefault="00D83861">
      <w:pPr>
        <w:pStyle w:val="ListBullet"/>
        <w:spacing w:after="40"/>
      </w:pPr>
      <w:r>
        <w:t>Contact Forms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Design Landing Page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5</w:t>
      </w:r>
    </w:p>
    <w:p w:rsidR="000E38E3" w:rsidRDefault="00D83861">
      <w:pPr>
        <w:pStyle w:val="ListBullet"/>
        <w:spacing w:after="40"/>
      </w:pPr>
      <w:r>
        <w:t>Mobile Responsive Design</w:t>
      </w:r>
    </w:p>
    <w:p w:rsidR="000E38E3" w:rsidRDefault="00D83861">
      <w:pPr>
        <w:pStyle w:val="ListBullet"/>
        <w:spacing w:after="40"/>
      </w:pPr>
      <w:r>
        <w:t>Website Speed Optimization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ASSIGNMENT</w:t>
      </w:r>
    </w:p>
    <w:p w:rsidR="000E38E3" w:rsidRDefault="00D83861">
      <w:pPr>
        <w:spacing w:after="40"/>
      </w:pPr>
      <w:r>
        <w:rPr>
          <w:i/>
        </w:rPr>
        <w:t>Create:</w:t>
      </w:r>
    </w:p>
    <w:p w:rsidR="000E38E3" w:rsidRDefault="00D83861">
      <w:pPr>
        <w:pStyle w:val="ListBullet"/>
        <w:spacing w:after="40"/>
      </w:pPr>
      <w:r>
        <w:t>Complete Business Website</w:t>
      </w:r>
    </w:p>
    <w:p w:rsidR="000E38E3" w:rsidRDefault="00D83861">
      <w:pPr>
        <w:jc w:val="center"/>
      </w:pPr>
      <w:r>
        <w:rPr>
          <w:color w:val="C8C8C8"/>
        </w:rPr>
        <w:lastRenderedPageBreak/>
        <w:t xml:space="preserve"> * * * </w:t>
      </w:r>
    </w:p>
    <w:p w:rsidR="000E38E3" w:rsidRDefault="000E38E3"/>
    <w:p w:rsidR="000E38E3" w:rsidRDefault="00D83861">
      <w:pPr>
        <w:spacing w:before="280" w:after="120"/>
      </w:pPr>
      <w:r>
        <w:rPr>
          <w:b/>
          <w:color w:val="003366"/>
          <w:sz w:val="32"/>
        </w:rPr>
        <w:t>WEEK 3 — SEO MASTERCLASS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1</w:t>
      </w:r>
    </w:p>
    <w:p w:rsidR="000E38E3" w:rsidRDefault="00D83861">
      <w:pPr>
        <w:pStyle w:val="ListBullet"/>
        <w:spacing w:after="40"/>
      </w:pPr>
      <w:r>
        <w:t>Keyword Research</w:t>
      </w:r>
    </w:p>
    <w:p w:rsidR="000E38E3" w:rsidRDefault="00D83861">
      <w:pPr>
        <w:pStyle w:val="ListBullet"/>
        <w:spacing w:after="40"/>
      </w:pPr>
      <w:r>
        <w:t>SEO Fundamentals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Ubersuggest Keyword Research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2</w:t>
      </w:r>
    </w:p>
    <w:p w:rsidR="000E38E3" w:rsidRDefault="00D83861">
      <w:pPr>
        <w:pStyle w:val="ListBullet"/>
        <w:spacing w:after="40"/>
      </w:pPr>
      <w:r>
        <w:t>On-Page SEO</w:t>
      </w:r>
    </w:p>
    <w:p w:rsidR="000E38E3" w:rsidRDefault="00D83861">
      <w:pPr>
        <w:pStyle w:val="ListBullet"/>
        <w:spacing w:after="40"/>
      </w:pPr>
      <w:r>
        <w:t>Meta Title &amp; Description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Optimize Website Pages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3</w:t>
      </w:r>
    </w:p>
    <w:p w:rsidR="000E38E3" w:rsidRDefault="00D83861">
      <w:pPr>
        <w:pStyle w:val="ListBullet"/>
        <w:spacing w:after="40"/>
      </w:pPr>
      <w:r>
        <w:t>Image SEO</w:t>
      </w:r>
    </w:p>
    <w:p w:rsidR="000E38E3" w:rsidRDefault="00D83861">
      <w:pPr>
        <w:pStyle w:val="ListBullet"/>
        <w:spacing w:after="40"/>
      </w:pPr>
      <w:r>
        <w:t>Internal Linking</w:t>
      </w:r>
    </w:p>
    <w:p w:rsidR="000E38E3" w:rsidRDefault="00D83861">
      <w:pPr>
        <w:pStyle w:val="ListBullet"/>
        <w:spacing w:after="40"/>
      </w:pPr>
      <w:r>
        <w:t>URL Optimization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Website Optimization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4</w:t>
      </w:r>
    </w:p>
    <w:p w:rsidR="000E38E3" w:rsidRDefault="00D83861">
      <w:pPr>
        <w:pStyle w:val="ListBullet"/>
        <w:spacing w:after="40"/>
      </w:pPr>
      <w:r>
        <w:t>Off-Page SEO</w:t>
      </w:r>
    </w:p>
    <w:p w:rsidR="000E38E3" w:rsidRDefault="00D83861">
      <w:pPr>
        <w:pStyle w:val="ListBullet"/>
        <w:spacing w:after="40"/>
      </w:pPr>
      <w:r>
        <w:t>Backlink Building</w:t>
      </w:r>
    </w:p>
    <w:p w:rsidR="000E38E3" w:rsidRDefault="00D83861">
      <w:pPr>
        <w:pStyle w:val="ListBullet"/>
        <w:spacing w:after="40"/>
      </w:pPr>
      <w:r>
        <w:t>Directory Submission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Backlink Creation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5</w:t>
      </w:r>
    </w:p>
    <w:p w:rsidR="000E38E3" w:rsidRDefault="00D83861">
      <w:pPr>
        <w:pStyle w:val="ListBullet"/>
        <w:spacing w:after="40"/>
      </w:pPr>
      <w:r>
        <w:t>Local SEO</w:t>
      </w:r>
    </w:p>
    <w:p w:rsidR="000E38E3" w:rsidRDefault="00D83861">
      <w:pPr>
        <w:pStyle w:val="ListBullet"/>
        <w:spacing w:after="40"/>
      </w:pPr>
      <w:r>
        <w:t>Google Search Console</w:t>
      </w:r>
    </w:p>
    <w:p w:rsidR="000E38E3" w:rsidRDefault="00D83861">
      <w:pPr>
        <w:pStyle w:val="ListBullet"/>
        <w:spacing w:after="40"/>
      </w:pPr>
      <w:r>
        <w:t>Sitemap &amp; Robots.txt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ASSIGNMENT</w:t>
      </w:r>
    </w:p>
    <w:p w:rsidR="000E38E3" w:rsidRDefault="00D83861">
      <w:pPr>
        <w:spacing w:after="40"/>
      </w:pPr>
      <w:r>
        <w:rPr>
          <w:i/>
        </w:rPr>
        <w:t>Create:</w:t>
      </w:r>
    </w:p>
    <w:p w:rsidR="000E38E3" w:rsidRDefault="00D83861">
      <w:pPr>
        <w:pStyle w:val="ListBullet"/>
        <w:spacing w:after="40"/>
      </w:pPr>
      <w:r>
        <w:t>SEO Audit Report</w:t>
      </w:r>
    </w:p>
    <w:p w:rsidR="000E38E3" w:rsidRDefault="00D83861">
      <w:pPr>
        <w:pStyle w:val="ListBullet"/>
        <w:spacing w:after="40"/>
      </w:pPr>
      <w:r>
        <w:t>Local SEO Setup</w:t>
      </w:r>
    </w:p>
    <w:p w:rsidR="000E38E3" w:rsidRDefault="00D83861">
      <w:pPr>
        <w:jc w:val="center"/>
      </w:pPr>
      <w:r>
        <w:rPr>
          <w:color w:val="C8C8C8"/>
        </w:rPr>
        <w:lastRenderedPageBreak/>
        <w:t xml:space="preserve"> * * * </w:t>
      </w:r>
    </w:p>
    <w:p w:rsidR="000E38E3" w:rsidRDefault="000E38E3"/>
    <w:p w:rsidR="000E38E3" w:rsidRDefault="00D83861">
      <w:pPr>
        <w:spacing w:before="280" w:after="120"/>
      </w:pPr>
      <w:r>
        <w:rPr>
          <w:b/>
          <w:color w:val="003366"/>
          <w:sz w:val="32"/>
        </w:rPr>
        <w:t>WEEK 4 — SOCIAL MEDIA MARKETING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1</w:t>
      </w:r>
    </w:p>
    <w:p w:rsidR="000E38E3" w:rsidRDefault="00D83861">
      <w:pPr>
        <w:pStyle w:val="ListBullet"/>
        <w:spacing w:after="40"/>
      </w:pPr>
      <w:r>
        <w:t>Facebook Marketing</w:t>
      </w:r>
    </w:p>
    <w:p w:rsidR="000E38E3" w:rsidRDefault="00D83861">
      <w:pPr>
        <w:pStyle w:val="ListBullet"/>
        <w:spacing w:after="40"/>
      </w:pPr>
      <w:r>
        <w:t>Instagram Marketing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Create Business Pages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2</w:t>
      </w:r>
    </w:p>
    <w:p w:rsidR="000E38E3" w:rsidRDefault="00D83861">
      <w:pPr>
        <w:pStyle w:val="ListBullet"/>
        <w:spacing w:after="40"/>
      </w:pPr>
      <w:r>
        <w:t>LinkedIn Marketing</w:t>
      </w:r>
    </w:p>
    <w:p w:rsidR="000E38E3" w:rsidRDefault="00D83861">
      <w:pPr>
        <w:pStyle w:val="ListBullet"/>
        <w:spacing w:after="40"/>
      </w:pPr>
      <w:r>
        <w:t>Twitter/X Marketing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Professional Profile Setup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3</w:t>
      </w:r>
    </w:p>
    <w:p w:rsidR="000E38E3" w:rsidRDefault="00D83861">
      <w:pPr>
        <w:pStyle w:val="ListBullet"/>
        <w:spacing w:after="40"/>
      </w:pPr>
      <w:r>
        <w:t>Content Strategy</w:t>
      </w:r>
    </w:p>
    <w:p w:rsidR="000E38E3" w:rsidRDefault="00D83861">
      <w:pPr>
        <w:pStyle w:val="ListBullet"/>
        <w:spacing w:after="40"/>
      </w:pPr>
      <w:r>
        <w:t>Content Calendar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Monthly Content Plan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4</w:t>
      </w:r>
    </w:p>
    <w:p w:rsidR="000E38E3" w:rsidRDefault="00D83861">
      <w:pPr>
        <w:pStyle w:val="ListBullet"/>
        <w:spacing w:after="40"/>
      </w:pPr>
      <w:r>
        <w:t>Canva for Marketing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Design Social Media Creatives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5</w:t>
      </w:r>
    </w:p>
    <w:p w:rsidR="000E38E3" w:rsidRDefault="00D83861">
      <w:pPr>
        <w:pStyle w:val="ListBullet"/>
        <w:spacing w:after="40"/>
      </w:pPr>
      <w:r>
        <w:t>Lead Generation Campaigns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ASSIGNMENT</w:t>
      </w:r>
    </w:p>
    <w:p w:rsidR="000E38E3" w:rsidRDefault="00D83861">
      <w:pPr>
        <w:spacing w:after="40"/>
      </w:pPr>
      <w:r>
        <w:rPr>
          <w:i/>
        </w:rPr>
        <w:t>Create:</w:t>
      </w:r>
    </w:p>
    <w:p w:rsidR="000E38E3" w:rsidRDefault="00D83861">
      <w:pPr>
        <w:pStyle w:val="ListBullet"/>
        <w:spacing w:after="40"/>
      </w:pPr>
      <w:r>
        <w:t>10 Social Media Posts</w:t>
      </w:r>
    </w:p>
    <w:p w:rsidR="000E38E3" w:rsidRDefault="00D83861">
      <w:pPr>
        <w:pStyle w:val="ListBullet"/>
        <w:spacing w:after="40"/>
      </w:pPr>
      <w:r>
        <w:t>Content Calendar</w:t>
      </w:r>
    </w:p>
    <w:p w:rsidR="000E38E3" w:rsidRDefault="00D83861">
      <w:pPr>
        <w:jc w:val="center"/>
      </w:pPr>
      <w:r>
        <w:rPr>
          <w:color w:val="C8C8C8"/>
        </w:rPr>
        <w:t xml:space="preserve"> * * * </w:t>
      </w:r>
    </w:p>
    <w:p w:rsidR="000E38E3" w:rsidRDefault="000E38E3"/>
    <w:p w:rsidR="000E38E3" w:rsidRDefault="00D83861">
      <w:pPr>
        <w:spacing w:before="280" w:after="120"/>
      </w:pPr>
      <w:r>
        <w:rPr>
          <w:b/>
          <w:color w:val="003366"/>
          <w:sz w:val="32"/>
        </w:rPr>
        <w:t>WEEK 5 — PAID ADVERTISING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lastRenderedPageBreak/>
        <w:t>Day 1</w:t>
      </w:r>
    </w:p>
    <w:p w:rsidR="000E38E3" w:rsidRDefault="00D83861">
      <w:pPr>
        <w:pStyle w:val="ListBullet"/>
        <w:spacing w:after="40"/>
      </w:pPr>
      <w:r>
        <w:t>Meta Ads Fundamentals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Create Facebook Campaign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2</w:t>
      </w:r>
    </w:p>
    <w:p w:rsidR="000E38E3" w:rsidRDefault="00D83861">
      <w:pPr>
        <w:pStyle w:val="ListBullet"/>
        <w:spacing w:after="40"/>
      </w:pPr>
      <w:r>
        <w:t>Instagram Ads</w:t>
      </w:r>
    </w:p>
    <w:p w:rsidR="000E38E3" w:rsidRDefault="00D83861">
      <w:pPr>
        <w:pStyle w:val="ListBullet"/>
        <w:spacing w:after="40"/>
      </w:pPr>
      <w:r>
        <w:t>Audience Targeting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Ad Set Creation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3</w:t>
      </w:r>
    </w:p>
    <w:p w:rsidR="000E38E3" w:rsidRDefault="00D83861">
      <w:pPr>
        <w:pStyle w:val="ListBullet"/>
        <w:spacing w:after="40"/>
      </w:pPr>
      <w:r>
        <w:t>Google Ads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Search Campaign Setup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4</w:t>
      </w:r>
    </w:p>
    <w:p w:rsidR="000E38E3" w:rsidRDefault="00D83861">
      <w:pPr>
        <w:pStyle w:val="ListBullet"/>
        <w:spacing w:after="40"/>
      </w:pPr>
      <w:r>
        <w:t>YouTube Ads</w:t>
      </w:r>
    </w:p>
    <w:p w:rsidR="000E38E3" w:rsidRDefault="00D83861">
      <w:pPr>
        <w:pStyle w:val="ListBullet"/>
        <w:spacing w:after="40"/>
      </w:pPr>
      <w:r>
        <w:t>Conversion Ads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Video Campaign Creation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5</w:t>
      </w:r>
    </w:p>
    <w:p w:rsidR="000E38E3" w:rsidRDefault="00D83861">
      <w:pPr>
        <w:pStyle w:val="ListBullet"/>
        <w:spacing w:after="40"/>
      </w:pPr>
      <w:r>
        <w:t>Pixel Setup</w:t>
      </w:r>
    </w:p>
    <w:p w:rsidR="000E38E3" w:rsidRDefault="00D83861">
      <w:pPr>
        <w:pStyle w:val="ListBullet"/>
        <w:spacing w:after="40"/>
      </w:pPr>
      <w:r>
        <w:t>Retargeting Ads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ASSIGNMENT</w:t>
      </w:r>
    </w:p>
    <w:p w:rsidR="000E38E3" w:rsidRDefault="00D83861">
      <w:pPr>
        <w:spacing w:after="40"/>
      </w:pPr>
      <w:r>
        <w:rPr>
          <w:i/>
        </w:rPr>
        <w:t>Create:</w:t>
      </w:r>
    </w:p>
    <w:p w:rsidR="000E38E3" w:rsidRDefault="00D83861">
      <w:pPr>
        <w:pStyle w:val="ListBullet"/>
        <w:spacing w:after="40"/>
      </w:pPr>
      <w:r>
        <w:t>Meta Ad Campaign</w:t>
      </w:r>
    </w:p>
    <w:p w:rsidR="000E38E3" w:rsidRDefault="00D83861">
      <w:pPr>
        <w:pStyle w:val="ListBullet"/>
        <w:spacing w:after="40"/>
      </w:pPr>
      <w:r>
        <w:t>Google Ads Campaign</w:t>
      </w:r>
    </w:p>
    <w:p w:rsidR="000E38E3" w:rsidRDefault="00D83861">
      <w:pPr>
        <w:jc w:val="center"/>
      </w:pPr>
      <w:r>
        <w:rPr>
          <w:color w:val="C8C8C8"/>
        </w:rPr>
        <w:t xml:space="preserve"> * * * </w:t>
      </w:r>
    </w:p>
    <w:p w:rsidR="000E38E3" w:rsidRDefault="000E38E3"/>
    <w:p w:rsidR="000E38E3" w:rsidRDefault="00D83861">
      <w:pPr>
        <w:spacing w:before="280" w:after="120"/>
      </w:pPr>
      <w:r>
        <w:rPr>
          <w:b/>
          <w:color w:val="003366"/>
          <w:sz w:val="32"/>
        </w:rPr>
        <w:t>WEEK 6 — CONTENT MARKETING + EMAIL MARKETING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1</w:t>
      </w:r>
    </w:p>
    <w:p w:rsidR="000E38E3" w:rsidRDefault="00D83861">
      <w:pPr>
        <w:pStyle w:val="ListBullet"/>
        <w:spacing w:after="40"/>
      </w:pPr>
      <w:r>
        <w:t>Content Strategy</w:t>
      </w:r>
    </w:p>
    <w:p w:rsidR="000E38E3" w:rsidRDefault="00D83861">
      <w:pPr>
        <w:pStyle w:val="ListBullet"/>
        <w:spacing w:after="40"/>
      </w:pPr>
      <w:r>
        <w:t>Marketing Funnel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lastRenderedPageBreak/>
        <w:t>Content Planning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2</w:t>
      </w:r>
    </w:p>
    <w:p w:rsidR="000E38E3" w:rsidRDefault="00D83861">
      <w:pPr>
        <w:pStyle w:val="ListBullet"/>
        <w:spacing w:after="40"/>
      </w:pPr>
      <w:r>
        <w:t>Copywriting Basics</w:t>
      </w:r>
    </w:p>
    <w:p w:rsidR="000E38E3" w:rsidRDefault="00D83861">
      <w:pPr>
        <w:pStyle w:val="ListBullet"/>
        <w:spacing w:after="40"/>
      </w:pPr>
      <w:r>
        <w:t>Storytelling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Write Marketing Copy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3</w:t>
      </w:r>
    </w:p>
    <w:p w:rsidR="000E38E3" w:rsidRDefault="00D83861">
      <w:pPr>
        <w:pStyle w:val="ListBullet"/>
        <w:spacing w:after="40"/>
      </w:pPr>
      <w:r>
        <w:t>Blog Writing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Publish Blog Article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4</w:t>
      </w:r>
    </w:p>
    <w:p w:rsidR="000E38E3" w:rsidRDefault="00D83861">
      <w:pPr>
        <w:pStyle w:val="ListBullet"/>
        <w:spacing w:after="40"/>
      </w:pPr>
      <w:r>
        <w:t>Email Marketing Basics</w:t>
      </w:r>
    </w:p>
    <w:p w:rsidR="000E38E3" w:rsidRDefault="00D83861">
      <w:pPr>
        <w:pStyle w:val="ListBullet"/>
        <w:spacing w:after="40"/>
      </w:pPr>
      <w:r>
        <w:t>Mailchimp Setup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Email Campaign Creation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5</w:t>
      </w:r>
    </w:p>
    <w:p w:rsidR="000E38E3" w:rsidRDefault="00D83861">
      <w:pPr>
        <w:pStyle w:val="ListBullet"/>
        <w:spacing w:after="40"/>
      </w:pPr>
      <w:r>
        <w:t>Automation &amp; Lead Nurturing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ASSIGNMENT</w:t>
      </w:r>
    </w:p>
    <w:p w:rsidR="000E38E3" w:rsidRDefault="00D83861">
      <w:pPr>
        <w:spacing w:after="40"/>
      </w:pPr>
      <w:r>
        <w:rPr>
          <w:i/>
        </w:rPr>
        <w:t>Create:</w:t>
      </w:r>
    </w:p>
    <w:p w:rsidR="000E38E3" w:rsidRDefault="00D83861">
      <w:pPr>
        <w:pStyle w:val="ListBullet"/>
        <w:spacing w:after="40"/>
      </w:pPr>
      <w:r>
        <w:t>Blog Article</w:t>
      </w:r>
    </w:p>
    <w:p w:rsidR="000E38E3" w:rsidRDefault="00D83861">
      <w:pPr>
        <w:pStyle w:val="ListBullet"/>
        <w:spacing w:after="40"/>
      </w:pPr>
      <w:r>
        <w:t>Email Campaign</w:t>
      </w:r>
    </w:p>
    <w:p w:rsidR="000E38E3" w:rsidRDefault="00D83861">
      <w:pPr>
        <w:jc w:val="center"/>
      </w:pPr>
      <w:r>
        <w:rPr>
          <w:color w:val="C8C8C8"/>
        </w:rPr>
        <w:t xml:space="preserve"> * * * </w:t>
      </w:r>
    </w:p>
    <w:p w:rsidR="000E38E3" w:rsidRDefault="000E38E3"/>
    <w:p w:rsidR="000E38E3" w:rsidRDefault="00D83861">
      <w:pPr>
        <w:spacing w:before="280" w:after="120"/>
      </w:pPr>
      <w:r>
        <w:rPr>
          <w:b/>
          <w:color w:val="003366"/>
          <w:sz w:val="32"/>
        </w:rPr>
        <w:t>WEEK 7 — E-COMMERCE + LEAD GENERATION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1</w:t>
      </w:r>
    </w:p>
    <w:p w:rsidR="000E38E3" w:rsidRDefault="00D83861">
      <w:pPr>
        <w:pStyle w:val="ListBullet"/>
        <w:spacing w:after="40"/>
      </w:pPr>
      <w:r>
        <w:t>Shopify Basics</w:t>
      </w:r>
    </w:p>
    <w:p w:rsidR="000E38E3" w:rsidRDefault="00D83861">
      <w:pPr>
        <w:pStyle w:val="ListBullet"/>
        <w:spacing w:after="40"/>
      </w:pPr>
      <w:r>
        <w:t>WooCommerce Basics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Online Store Setup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2</w:t>
      </w:r>
    </w:p>
    <w:p w:rsidR="000E38E3" w:rsidRDefault="00D83861">
      <w:pPr>
        <w:pStyle w:val="ListBullet"/>
        <w:spacing w:after="40"/>
      </w:pPr>
      <w:r>
        <w:t>Product Listing</w:t>
      </w:r>
    </w:p>
    <w:p w:rsidR="000E38E3" w:rsidRDefault="00D83861">
      <w:pPr>
        <w:pStyle w:val="ListBullet"/>
        <w:spacing w:after="40"/>
      </w:pPr>
      <w:r>
        <w:t>E-commerce SEO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lastRenderedPageBreak/>
        <w:t>PRACTICAL</w:t>
      </w:r>
    </w:p>
    <w:p w:rsidR="000E38E3" w:rsidRDefault="00D83861">
      <w:pPr>
        <w:pStyle w:val="ListBullet"/>
        <w:spacing w:after="40"/>
      </w:pPr>
      <w:r>
        <w:t>Product Upload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3</w:t>
      </w:r>
    </w:p>
    <w:p w:rsidR="000E38E3" w:rsidRDefault="00D83861">
      <w:pPr>
        <w:pStyle w:val="ListBullet"/>
        <w:spacing w:after="40"/>
      </w:pPr>
      <w:r>
        <w:t>Lead Magnets</w:t>
      </w:r>
    </w:p>
    <w:p w:rsidR="000E38E3" w:rsidRDefault="00D83861">
      <w:pPr>
        <w:pStyle w:val="ListBullet"/>
        <w:spacing w:after="40"/>
      </w:pPr>
      <w:r>
        <w:t>Funnels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Lead Funnel Creation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4</w:t>
      </w:r>
    </w:p>
    <w:p w:rsidR="000E38E3" w:rsidRDefault="00D83861">
      <w:pPr>
        <w:pStyle w:val="ListBullet"/>
        <w:spacing w:after="40"/>
      </w:pPr>
      <w:r>
        <w:t>WhatsApp Marketing</w:t>
      </w:r>
    </w:p>
    <w:p w:rsidR="000E38E3" w:rsidRDefault="00D83861">
      <w:pPr>
        <w:pStyle w:val="ListBullet"/>
        <w:spacing w:after="40"/>
      </w:pPr>
      <w:r>
        <w:t>CRM Basics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WhatsApp Campaign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5</w:t>
      </w:r>
    </w:p>
    <w:p w:rsidR="000E38E3" w:rsidRDefault="00D83861">
      <w:pPr>
        <w:pStyle w:val="ListBullet"/>
        <w:spacing w:after="40"/>
      </w:pPr>
      <w:r>
        <w:t>Sales Funnel Automation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ASSIGNMENT</w:t>
      </w:r>
    </w:p>
    <w:p w:rsidR="000E38E3" w:rsidRDefault="00D83861">
      <w:pPr>
        <w:spacing w:after="40"/>
      </w:pPr>
      <w:r>
        <w:rPr>
          <w:i/>
        </w:rPr>
        <w:t>Create:</w:t>
      </w:r>
    </w:p>
    <w:p w:rsidR="000E38E3" w:rsidRDefault="00D83861">
      <w:pPr>
        <w:pStyle w:val="ListBullet"/>
        <w:spacing w:after="40"/>
      </w:pPr>
      <w:r>
        <w:t>E-commerce Store</w:t>
      </w:r>
    </w:p>
    <w:p w:rsidR="000E38E3" w:rsidRDefault="00D83861">
      <w:pPr>
        <w:pStyle w:val="ListBullet"/>
        <w:spacing w:after="40"/>
      </w:pPr>
      <w:r>
        <w:t>Lead Generation Funnel</w:t>
      </w:r>
    </w:p>
    <w:p w:rsidR="000E38E3" w:rsidRDefault="00D83861">
      <w:pPr>
        <w:jc w:val="center"/>
      </w:pPr>
      <w:r>
        <w:rPr>
          <w:color w:val="C8C8C8"/>
        </w:rPr>
        <w:t xml:space="preserve"> * * * </w:t>
      </w:r>
    </w:p>
    <w:p w:rsidR="000E38E3" w:rsidRDefault="000E38E3"/>
    <w:p w:rsidR="000E38E3" w:rsidRDefault="00D83861">
      <w:pPr>
        <w:spacing w:before="280" w:after="120"/>
      </w:pPr>
      <w:r>
        <w:rPr>
          <w:b/>
          <w:color w:val="003366"/>
          <w:sz w:val="32"/>
        </w:rPr>
        <w:t>WEEK 8 — ANALYTICS + FREELANCING + PLACEMENT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1</w:t>
      </w:r>
    </w:p>
    <w:p w:rsidR="000E38E3" w:rsidRDefault="00D83861">
      <w:pPr>
        <w:pStyle w:val="ListBullet"/>
        <w:spacing w:after="40"/>
      </w:pPr>
      <w:r>
        <w:t>Google Analytics 4 (GA4)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Analytics Setup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2</w:t>
      </w:r>
    </w:p>
    <w:p w:rsidR="000E38E3" w:rsidRDefault="00D83861">
      <w:pPr>
        <w:pStyle w:val="ListBullet"/>
        <w:spacing w:after="40"/>
      </w:pPr>
      <w:r>
        <w:t>Google Tag Manager</w:t>
      </w:r>
    </w:p>
    <w:p w:rsidR="000E38E3" w:rsidRDefault="00D83861">
      <w:pPr>
        <w:pStyle w:val="ListBullet"/>
        <w:spacing w:after="40"/>
      </w:pPr>
      <w:r>
        <w:t>Conversion Tracking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Event Tracking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3</w:t>
      </w:r>
    </w:p>
    <w:p w:rsidR="000E38E3" w:rsidRDefault="00D83861">
      <w:pPr>
        <w:pStyle w:val="ListBullet"/>
        <w:spacing w:after="40"/>
      </w:pPr>
      <w:r>
        <w:t>Fiverr</w:t>
      </w:r>
    </w:p>
    <w:p w:rsidR="000E38E3" w:rsidRDefault="00D83861">
      <w:pPr>
        <w:pStyle w:val="ListBullet"/>
        <w:spacing w:after="40"/>
      </w:pPr>
      <w:r>
        <w:lastRenderedPageBreak/>
        <w:t>Upwork</w:t>
      </w:r>
    </w:p>
    <w:p w:rsidR="000E38E3" w:rsidRDefault="00D83861">
      <w:pPr>
        <w:pStyle w:val="ListBullet"/>
        <w:spacing w:after="40"/>
      </w:pPr>
      <w:r>
        <w:t>LinkedIn Branding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Freelancing Profile Setup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4</w:t>
      </w:r>
    </w:p>
    <w:p w:rsidR="000E38E3" w:rsidRDefault="00D83861">
      <w:pPr>
        <w:pStyle w:val="ListBullet"/>
        <w:spacing w:after="40"/>
      </w:pPr>
      <w:r>
        <w:t>Resume Building</w:t>
      </w:r>
    </w:p>
    <w:p w:rsidR="000E38E3" w:rsidRDefault="00D83861">
      <w:pPr>
        <w:pStyle w:val="ListBullet"/>
        <w:spacing w:after="40"/>
      </w:pPr>
      <w:r>
        <w:t>Portfolio Creation</w:t>
      </w:r>
    </w:p>
    <w:p w:rsidR="000E38E3" w:rsidRDefault="00D83861">
      <w:pPr>
        <w:spacing w:before="120" w:after="40"/>
      </w:pPr>
      <w:r>
        <w:rPr>
          <w:b/>
          <w:color w:val="E65100"/>
          <w:sz w:val="24"/>
        </w:rPr>
        <w:t>PRACTICAL</w:t>
      </w:r>
    </w:p>
    <w:p w:rsidR="000E38E3" w:rsidRDefault="00D83861">
      <w:pPr>
        <w:pStyle w:val="ListBullet"/>
        <w:spacing w:after="40"/>
      </w:pPr>
      <w:r>
        <w:t>Portfolio Development</w:t>
      </w:r>
    </w:p>
    <w:p w:rsidR="000E38E3" w:rsidRDefault="00D83861">
      <w:pPr>
        <w:spacing w:before="160" w:after="40"/>
      </w:pPr>
      <w:r>
        <w:rPr>
          <w:b/>
          <w:color w:val="000000"/>
          <w:sz w:val="24"/>
        </w:rPr>
        <w:t>Day 5</w:t>
      </w:r>
    </w:p>
    <w:p w:rsidR="000E38E3" w:rsidRDefault="00D83861">
      <w:pPr>
        <w:pStyle w:val="ListBullet"/>
        <w:spacing w:after="40"/>
      </w:pPr>
      <w:r>
        <w:t>Mock Interviews</w:t>
      </w:r>
    </w:p>
    <w:p w:rsidR="000E38E3" w:rsidRDefault="00D83861">
      <w:pPr>
        <w:pStyle w:val="ListBullet"/>
        <w:spacing w:after="40"/>
      </w:pPr>
      <w:r>
        <w:t>Placement Preparation</w:t>
      </w:r>
    </w:p>
    <w:p w:rsidR="000E38E3" w:rsidRDefault="000E38E3"/>
    <w:p w:rsidR="000E38E3" w:rsidRDefault="000E38E3"/>
    <w:p w:rsidR="000E38E3" w:rsidRDefault="00D83861">
      <w:pPr>
        <w:spacing w:before="120" w:after="40"/>
      </w:pPr>
      <w:r>
        <w:rPr>
          <w:b/>
          <w:color w:val="E65100"/>
          <w:sz w:val="24"/>
        </w:rPr>
        <w:t>FINAL PROJECT PRESENTATION</w:t>
      </w:r>
    </w:p>
    <w:p w:rsidR="000E38E3" w:rsidRDefault="000E38E3"/>
    <w:p w:rsidR="000E38E3" w:rsidRDefault="000E38E3"/>
    <w:p w:rsidR="000E38E3" w:rsidRDefault="00D83861">
      <w:pPr>
        <w:spacing w:before="120" w:after="40"/>
      </w:pPr>
      <w:r>
        <w:rPr>
          <w:b/>
          <w:color w:val="E65100"/>
          <w:sz w:val="24"/>
        </w:rPr>
        <w:t>FINAL PROJECT</w:t>
      </w:r>
    </w:p>
    <w:p w:rsidR="000E38E3" w:rsidRDefault="00D83861">
      <w:pPr>
        <w:spacing w:after="40"/>
      </w:pPr>
      <w:r>
        <w:rPr>
          <w:i/>
        </w:rPr>
        <w:t>Create:</w:t>
      </w:r>
    </w:p>
    <w:p w:rsidR="000E38E3" w:rsidRDefault="00D83861">
      <w:pPr>
        <w:pStyle w:val="ListBullet"/>
        <w:spacing w:after="40"/>
      </w:pPr>
      <w:r>
        <w:t>Business Website</w:t>
      </w:r>
    </w:p>
    <w:p w:rsidR="000E38E3" w:rsidRDefault="00D83861">
      <w:pPr>
        <w:pStyle w:val="ListBullet"/>
        <w:spacing w:after="40"/>
      </w:pPr>
      <w:r>
        <w:t>SEO Optimization</w:t>
      </w:r>
    </w:p>
    <w:p w:rsidR="000E38E3" w:rsidRDefault="00D83861">
      <w:pPr>
        <w:pStyle w:val="ListBullet"/>
        <w:spacing w:after="40"/>
      </w:pPr>
      <w:r>
        <w:t>Social Media Campaign</w:t>
      </w:r>
    </w:p>
    <w:p w:rsidR="000E38E3" w:rsidRDefault="00D83861">
      <w:pPr>
        <w:pStyle w:val="ListBullet"/>
        <w:spacing w:after="40"/>
      </w:pPr>
      <w:r>
        <w:t>Google Ads Campaign</w:t>
      </w:r>
    </w:p>
    <w:p w:rsidR="000E38E3" w:rsidRDefault="00D83861">
      <w:pPr>
        <w:pStyle w:val="ListBullet"/>
        <w:spacing w:after="40"/>
      </w:pPr>
      <w:r>
        <w:t>Lead Generation Funnel</w:t>
      </w:r>
    </w:p>
    <w:p w:rsidR="000E38E3" w:rsidRDefault="00D83861">
      <w:pPr>
        <w:pStyle w:val="ListBullet"/>
        <w:spacing w:after="40"/>
      </w:pPr>
      <w:r>
        <w:t>Professional Portfolio</w:t>
      </w:r>
    </w:p>
    <w:p w:rsidR="000E38E3" w:rsidRDefault="000E38E3"/>
    <w:p w:rsidR="000E38E3" w:rsidRDefault="000E38E3"/>
    <w:p w:rsidR="000E38E3" w:rsidRDefault="00D83861">
      <w:pPr>
        <w:spacing w:before="120" w:after="40"/>
      </w:pPr>
      <w:r>
        <w:rPr>
          <w:b/>
          <w:color w:val="E65100"/>
          <w:sz w:val="24"/>
        </w:rPr>
        <w:t>TOOLS COVERED</w:t>
      </w:r>
    </w:p>
    <w:p w:rsidR="00945201" w:rsidRPr="00945201" w:rsidRDefault="00E76FAC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Google</w:t>
      </w:r>
      <w:r w:rsidR="00945201"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Ads </w:t>
      </w:r>
    </w:p>
    <w:p w:rsidR="00945201" w:rsidRPr="00945201" w:rsidRDefault="00945201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Google Analytics 4 </w:t>
      </w:r>
    </w:p>
    <w:p w:rsidR="00945201" w:rsidRPr="00945201" w:rsidRDefault="00945201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proofErr w:type="spellStart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>ChatGPT</w:t>
      </w:r>
      <w:proofErr w:type="spellEnd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</w:p>
    <w:p w:rsidR="00945201" w:rsidRPr="00945201" w:rsidRDefault="00945201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Google Flow </w:t>
      </w:r>
    </w:p>
    <w:p w:rsidR="00945201" w:rsidRPr="00945201" w:rsidRDefault="00945201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SEMrush </w:t>
      </w:r>
    </w:p>
    <w:p w:rsidR="00945201" w:rsidRPr="00945201" w:rsidRDefault="00945201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DALL·E </w:t>
      </w:r>
    </w:p>
    <w:p w:rsidR="00945201" w:rsidRPr="00945201" w:rsidRDefault="00945201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proofErr w:type="spellStart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>Canva</w:t>
      </w:r>
      <w:proofErr w:type="spellEnd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</w:p>
    <w:p w:rsidR="00945201" w:rsidRPr="00945201" w:rsidRDefault="00945201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lastRenderedPageBreak/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proofErr w:type="spellStart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>Hotjar</w:t>
      </w:r>
      <w:proofErr w:type="spellEnd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</w:p>
    <w:p w:rsidR="00945201" w:rsidRPr="00945201" w:rsidRDefault="00945201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MODASH </w:t>
      </w:r>
    </w:p>
    <w:p w:rsidR="00945201" w:rsidRPr="00945201" w:rsidRDefault="00945201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proofErr w:type="spellStart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>Mailmodo</w:t>
      </w:r>
      <w:proofErr w:type="spellEnd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</w:p>
    <w:p w:rsidR="00945201" w:rsidRPr="00945201" w:rsidRDefault="00945201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Screaming Frog </w:t>
      </w:r>
    </w:p>
    <w:p w:rsidR="00945201" w:rsidRPr="00945201" w:rsidRDefault="00945201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Google Tag Manager </w:t>
      </w:r>
    </w:p>
    <w:p w:rsidR="00945201" w:rsidRPr="00945201" w:rsidRDefault="00945201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proofErr w:type="spellStart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>Tidio</w:t>
      </w:r>
      <w:proofErr w:type="spellEnd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</w:p>
    <w:p w:rsidR="00945201" w:rsidRPr="00945201" w:rsidRDefault="00945201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proofErr w:type="spellStart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>Publer</w:t>
      </w:r>
      <w:proofErr w:type="spellEnd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</w:p>
    <w:p w:rsidR="00945201" w:rsidRPr="00945201" w:rsidRDefault="00945201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proofErr w:type="spellStart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>Ahrefs</w:t>
      </w:r>
      <w:proofErr w:type="spellEnd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</w:p>
    <w:p w:rsidR="00945201" w:rsidRPr="00945201" w:rsidRDefault="00945201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proofErr w:type="spellStart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>BuzzSumo</w:t>
      </w:r>
      <w:proofErr w:type="spellEnd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</w:p>
    <w:p w:rsidR="00945201" w:rsidRPr="00945201" w:rsidRDefault="00945201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proofErr w:type="spellStart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>DeepSeek</w:t>
      </w:r>
      <w:proofErr w:type="spellEnd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</w:p>
    <w:p w:rsidR="00945201" w:rsidRPr="00945201" w:rsidRDefault="00945201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Claude </w:t>
      </w:r>
    </w:p>
    <w:p w:rsidR="00945201" w:rsidRPr="00945201" w:rsidRDefault="00945201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proofErr w:type="spellStart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>SpyFu</w:t>
      </w:r>
      <w:proofErr w:type="spellEnd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</w:p>
    <w:p w:rsidR="00945201" w:rsidRPr="00945201" w:rsidRDefault="00945201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Trello </w:t>
      </w:r>
    </w:p>
    <w:p w:rsidR="00945201" w:rsidRPr="00945201" w:rsidRDefault="00945201" w:rsidP="0094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</w:pPr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HTML / Web Code </w:t>
      </w:r>
    </w:p>
    <w:p w:rsidR="000E38E3" w:rsidRPr="00945201" w:rsidRDefault="00945201" w:rsidP="00945201">
      <w:r w:rsidRPr="00945201">
        <w:rPr>
          <w:rFonts w:ascii="Times New Roman" w:eastAsia="Times New Roman" w:hAnsi="Symbol" w:cs="Times New Roman"/>
          <w:sz w:val="24"/>
          <w:szCs w:val="24"/>
          <w:lang w:val="en-IN" w:eastAsia="en-IN" w:bidi="mr-IN"/>
        </w:rPr>
        <w:t></w:t>
      </w:r>
      <w:r w:rsidR="00E76FAC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 xml:space="preserve"> </w:t>
      </w:r>
      <w:bookmarkStart w:id="0" w:name="_GoBack"/>
      <w:bookmarkEnd w:id="0"/>
      <w:proofErr w:type="spellStart"/>
      <w:r w:rsidRPr="00945201">
        <w:rPr>
          <w:rFonts w:ascii="Times New Roman" w:eastAsia="Times New Roman" w:hAnsi="Times New Roman" w:cs="Times New Roman"/>
          <w:sz w:val="24"/>
          <w:szCs w:val="24"/>
          <w:lang w:val="en-IN" w:eastAsia="en-IN" w:bidi="mr-IN"/>
        </w:rPr>
        <w:t>Trustpilot</w:t>
      </w:r>
      <w:proofErr w:type="spellEnd"/>
    </w:p>
    <w:p w:rsidR="000E38E3" w:rsidRDefault="000E38E3"/>
    <w:p w:rsidR="000E38E3" w:rsidRDefault="00D83861">
      <w:pPr>
        <w:spacing w:before="120" w:after="40"/>
      </w:pPr>
      <w:r>
        <w:rPr>
          <w:b/>
          <w:color w:val="E65100"/>
          <w:sz w:val="24"/>
        </w:rPr>
        <w:t>CERTIFICATE EVALUATION</w:t>
      </w:r>
    </w:p>
    <w:p w:rsidR="000E38E3" w:rsidRDefault="00D83861">
      <w:pPr>
        <w:pStyle w:val="ListBullet"/>
        <w:spacing w:after="40"/>
      </w:pPr>
      <w:r>
        <w:t>Theory Test – 30 Marks</w:t>
      </w:r>
    </w:p>
    <w:p w:rsidR="000E38E3" w:rsidRDefault="00D83861">
      <w:pPr>
        <w:pStyle w:val="ListBullet"/>
        <w:spacing w:after="40"/>
      </w:pPr>
      <w:r>
        <w:t>Practical Project – 50 Marks</w:t>
      </w:r>
    </w:p>
    <w:p w:rsidR="000E38E3" w:rsidRDefault="00D83861">
      <w:pPr>
        <w:pStyle w:val="ListBullet"/>
        <w:spacing w:after="40"/>
      </w:pPr>
      <w:r>
        <w:t>Viva – 20 Marks</w:t>
      </w:r>
    </w:p>
    <w:sectPr w:rsidR="000E38E3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B4C" w:rsidRDefault="00BE7B4C">
      <w:pPr>
        <w:spacing w:after="0" w:line="240" w:lineRule="auto"/>
      </w:pPr>
      <w:r>
        <w:separator/>
      </w:r>
    </w:p>
  </w:endnote>
  <w:endnote w:type="continuationSeparator" w:id="0">
    <w:p w:rsidR="00BE7B4C" w:rsidRDefault="00BE7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8E3" w:rsidRDefault="00777B91">
    <w:pPr>
      <w:pStyle w:val="Footer"/>
      <w:jc w:val="center"/>
    </w:pPr>
    <w:r>
      <w:rPr>
        <w:color w:val="969696"/>
        <w:sz w:val="18"/>
      </w:rPr>
      <w:t>www.vedhindia.com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B4C" w:rsidRDefault="00BE7B4C">
      <w:pPr>
        <w:spacing w:after="0" w:line="240" w:lineRule="auto"/>
      </w:pPr>
      <w:r>
        <w:separator/>
      </w:r>
    </w:p>
  </w:footnote>
  <w:footnote w:type="continuationSeparator" w:id="0">
    <w:p w:rsidR="00BE7B4C" w:rsidRDefault="00BE7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8E3" w:rsidRDefault="000E38E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E38E3"/>
    <w:rsid w:val="0015074B"/>
    <w:rsid w:val="0026027B"/>
    <w:rsid w:val="0029639D"/>
    <w:rsid w:val="00326F90"/>
    <w:rsid w:val="0041188F"/>
    <w:rsid w:val="00777B91"/>
    <w:rsid w:val="00945201"/>
    <w:rsid w:val="00AA1D8D"/>
    <w:rsid w:val="00B47730"/>
    <w:rsid w:val="00BE7B4C"/>
    <w:rsid w:val="00CB0664"/>
    <w:rsid w:val="00D44747"/>
    <w:rsid w:val="00D83861"/>
    <w:rsid w:val="00E76F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6AA810"/>
  <w14:defaultImageDpi w14:val="300"/>
  <w15:docId w15:val="{52F48681-225C-4A31-9D2E-3BFC8124E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35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5CCBC7-D372-4289-A872-26F82C26A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8</cp:revision>
  <dcterms:created xsi:type="dcterms:W3CDTF">2013-12-23T23:15:00Z</dcterms:created>
  <dcterms:modified xsi:type="dcterms:W3CDTF">2026-09-07T07:08:00Z</dcterms:modified>
  <cp:category/>
</cp:coreProperties>
</file>